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C3CE" w14:textId="77777777" w:rsidR="00483082" w:rsidRDefault="00000000">
      <w:pPr>
        <w:pStyle w:val="Title"/>
        <w:jc w:val="center"/>
      </w:pPr>
      <w:r>
        <w:t>DHAVAL DABHI</w:t>
      </w:r>
    </w:p>
    <w:p w14:paraId="14916C63" w14:textId="5D9D9018" w:rsidR="00483082" w:rsidRDefault="00000000">
      <w:pPr>
        <w:jc w:val="center"/>
      </w:pPr>
      <w:r>
        <w:rPr>
          <w:b/>
        </w:rPr>
        <w:t>Cloud &amp; DevOps Engineer</w:t>
      </w:r>
      <w:r>
        <w:rPr>
          <w:b/>
        </w:rPr>
        <w:br/>
      </w:r>
      <w:r>
        <w:t>Ahmedabad, Gujarat, India | +91 9979209400 | dhavaldabhi1907@gmail.com</w:t>
      </w:r>
      <w:r>
        <w:br/>
        <w:t>Portfolio: dabhidhaval.me | GitHub: github.com/DabhiDhaval | LinkedIn: linkedin.com/in/dabhi-dhaval</w:t>
      </w:r>
    </w:p>
    <w:p w14:paraId="29F7CE6F" w14:textId="77777777" w:rsidR="00483082" w:rsidRDefault="00000000">
      <w:pPr>
        <w:pStyle w:val="Heading1"/>
      </w:pPr>
      <w:r>
        <w:t>PROFESSIONAL SUMMARY</w:t>
      </w:r>
    </w:p>
    <w:p w14:paraId="22B74235" w14:textId="77777777" w:rsidR="00483082" w:rsidRDefault="00000000">
      <w:r>
        <w:t>Cloud &amp; Application Development postgraduate with hands-on experience deploying and maintaining production cloud applications. Experienced with AWS, Docker, GitHub Actions, CI/CD, Cloudflare, Vercel, and Apache Kafka. Supported a live production MERN e-commerce platform by managing deployments, cloud infrastructure, production issues, and client requests. Seeking a Cloud &amp; DevOps Engineer role where I can build scalable, automated cloud solutions.</w:t>
      </w:r>
    </w:p>
    <w:p w14:paraId="6B73A279" w14:textId="77777777" w:rsidR="00483082" w:rsidRDefault="00000000">
      <w:pPr>
        <w:pStyle w:val="Heading1"/>
      </w:pPr>
      <w:r>
        <w:t>TECHNICAL SKILLS</w:t>
      </w:r>
    </w:p>
    <w:p w14:paraId="4E2CF723" w14:textId="77777777" w:rsidR="00483082" w:rsidRDefault="00000000">
      <w:pPr>
        <w:pStyle w:val="ListBullet"/>
      </w:pPr>
      <w:r>
        <w:rPr>
          <w:b/>
        </w:rPr>
        <w:t xml:space="preserve">Cloud: </w:t>
      </w:r>
      <w:r>
        <w:t>AWS (EC2, S3, IAM, VPC, Route 53, CloudFront, RDS, CloudWatch)</w:t>
      </w:r>
    </w:p>
    <w:p w14:paraId="2E11EB3C" w14:textId="77777777" w:rsidR="00483082" w:rsidRDefault="00000000">
      <w:pPr>
        <w:pStyle w:val="ListBullet"/>
      </w:pPr>
      <w:r>
        <w:rPr>
          <w:b/>
        </w:rPr>
        <w:t xml:space="preserve">DevOps: </w:t>
      </w:r>
      <w:r>
        <w:t>Docker, GitHub Actions, CI/CD, Nginx, Apache Kafka</w:t>
      </w:r>
    </w:p>
    <w:p w14:paraId="007A1765" w14:textId="77777777" w:rsidR="00483082" w:rsidRDefault="00000000">
      <w:pPr>
        <w:pStyle w:val="ListBullet"/>
      </w:pPr>
      <w:r>
        <w:rPr>
          <w:b/>
        </w:rPr>
        <w:t xml:space="preserve">Programming: </w:t>
      </w:r>
      <w:r>
        <w:t>JavaScript, Python, Node.js, Express.js, React.js</w:t>
      </w:r>
    </w:p>
    <w:p w14:paraId="66E032D0" w14:textId="77777777" w:rsidR="00483082" w:rsidRDefault="00000000">
      <w:pPr>
        <w:pStyle w:val="ListBullet"/>
      </w:pPr>
      <w:r>
        <w:rPr>
          <w:b/>
        </w:rPr>
        <w:t xml:space="preserve">Databases: </w:t>
      </w:r>
      <w:r>
        <w:t>MongoDB Atlas, MySQL</w:t>
      </w:r>
    </w:p>
    <w:p w14:paraId="420A4D73" w14:textId="77777777" w:rsidR="00483082" w:rsidRDefault="00000000">
      <w:pPr>
        <w:pStyle w:val="ListBullet"/>
      </w:pPr>
      <w:r>
        <w:rPr>
          <w:b/>
        </w:rPr>
        <w:t xml:space="preserve">Tools: </w:t>
      </w:r>
      <w:r>
        <w:t>Git, GitHub, Vercel, Cloudflare, Postman</w:t>
      </w:r>
    </w:p>
    <w:p w14:paraId="204A0BB2" w14:textId="77777777" w:rsidR="00483082" w:rsidRDefault="00000000">
      <w:pPr>
        <w:pStyle w:val="Heading1"/>
      </w:pPr>
      <w:r>
        <w:t>PROFESSIONAL EXPERIENCE</w:t>
      </w:r>
    </w:p>
    <w:p w14:paraId="53AF7A1D" w14:textId="77777777" w:rsidR="00483082" w:rsidRDefault="00000000">
      <w:r>
        <w:rPr>
          <w:b/>
        </w:rPr>
        <w:t>Cloud &amp; DevOps Engineer (Client Project)</w:t>
      </w:r>
      <w:r>
        <w:rPr>
          <w:b/>
        </w:rPr>
        <w:br/>
        <w:t>Nouveauz Technologies | Remote | Mar 2026 – Present</w:t>
      </w:r>
    </w:p>
    <w:p w14:paraId="0DEC8B32" w14:textId="77777777" w:rsidR="00483082" w:rsidRDefault="00000000">
      <w:pPr>
        <w:pStyle w:val="ListBullet"/>
      </w:pPr>
      <w:r>
        <w:t>Managed deployment and maintenance of a live production MERN e-commerce platform.</w:t>
      </w:r>
    </w:p>
    <w:p w14:paraId="46A4BCC7" w14:textId="77777777" w:rsidR="00483082" w:rsidRDefault="00000000">
      <w:pPr>
        <w:pStyle w:val="ListBullet"/>
      </w:pPr>
      <w:r>
        <w:t>Configured and maintained AWS EC2, S3, CloudFront, Route 53, IAM, and production environments.</w:t>
      </w:r>
    </w:p>
    <w:p w14:paraId="38EB004D" w14:textId="77777777" w:rsidR="00483082" w:rsidRDefault="00000000">
      <w:pPr>
        <w:pStyle w:val="ListBullet"/>
      </w:pPr>
      <w:r>
        <w:t>Automated build and deployment workflows using GitHub Actions CI/CD.</w:t>
      </w:r>
    </w:p>
    <w:p w14:paraId="2A7753EE" w14:textId="77777777" w:rsidR="00483082" w:rsidRDefault="00000000">
      <w:pPr>
        <w:pStyle w:val="ListBullet"/>
      </w:pPr>
      <w:r>
        <w:t>Managed domains, SSL, DNS, and Vercel/Cloudflare deployments.</w:t>
      </w:r>
    </w:p>
    <w:p w14:paraId="3EDB8FA7" w14:textId="77777777" w:rsidR="00483082" w:rsidRDefault="00000000">
      <w:pPr>
        <w:pStyle w:val="ListBullet"/>
      </w:pPr>
      <w:r>
        <w:t>Troubleshot production issues, minimizing downtime and improving deployment reliability.</w:t>
      </w:r>
    </w:p>
    <w:p w14:paraId="0822CA5F" w14:textId="77777777" w:rsidR="00483082" w:rsidRDefault="00000000">
      <w:pPr>
        <w:pStyle w:val="ListBullet"/>
      </w:pPr>
      <w:r>
        <w:t>Collaborated directly with clients to deliver new features and production fixes.</w:t>
      </w:r>
    </w:p>
    <w:p w14:paraId="39BA43AD" w14:textId="77777777" w:rsidR="00483082" w:rsidRDefault="00000000">
      <w:pPr>
        <w:pStyle w:val="Heading1"/>
      </w:pPr>
      <w:r>
        <w:t>FEATURED PROJECTS</w:t>
      </w:r>
    </w:p>
    <w:p w14:paraId="39C32149" w14:textId="77777777" w:rsidR="00483082" w:rsidRDefault="00000000">
      <w:r>
        <w:rPr>
          <w:b/>
        </w:rPr>
        <w:t>WeatherFlow – Cloud-Native Real-Time Weather Analytics Platform</w:t>
      </w:r>
    </w:p>
    <w:p w14:paraId="0DE0B468" w14:textId="77777777" w:rsidR="00483082" w:rsidRDefault="00000000">
      <w:pPr>
        <w:pStyle w:val="ListBullet"/>
      </w:pPr>
      <w:r>
        <w:t>Built a real-time weather analytics platform using Apache Kafka event streaming.</w:t>
      </w:r>
    </w:p>
    <w:p w14:paraId="0075A6D1" w14:textId="77777777" w:rsidR="00483082" w:rsidRDefault="00000000">
      <w:pPr>
        <w:pStyle w:val="ListBullet"/>
      </w:pPr>
      <w:r>
        <w:t>Containerized services using Docker for consistent deployment.</w:t>
      </w:r>
    </w:p>
    <w:p w14:paraId="3C8D59C5" w14:textId="77777777" w:rsidR="00483082" w:rsidRDefault="00000000">
      <w:pPr>
        <w:pStyle w:val="ListBullet"/>
      </w:pPr>
      <w:r>
        <w:t>Designed scalable architecture suitable for cloud deployment.</w:t>
      </w:r>
    </w:p>
    <w:p w14:paraId="15B9BD1A" w14:textId="77777777" w:rsidR="00483082" w:rsidRDefault="00000000">
      <w:r>
        <w:rPr>
          <w:b/>
        </w:rPr>
        <w:lastRenderedPageBreak/>
        <w:t>Portfolio Website</w:t>
      </w:r>
    </w:p>
    <w:p w14:paraId="119847EB" w14:textId="77777777" w:rsidR="00483082" w:rsidRDefault="00000000">
      <w:pPr>
        <w:pStyle w:val="ListBullet"/>
      </w:pPr>
      <w:r>
        <w:t>Developed a responsive portfolio using React.</w:t>
      </w:r>
    </w:p>
    <w:p w14:paraId="1A0BC210" w14:textId="77777777" w:rsidR="00483082" w:rsidRDefault="00000000">
      <w:pPr>
        <w:pStyle w:val="ListBullet"/>
      </w:pPr>
      <w:r>
        <w:t>Automated deployment with GitHub Actions and hosted on Cloudflare Pages.</w:t>
      </w:r>
    </w:p>
    <w:p w14:paraId="5020A26C" w14:textId="77777777" w:rsidR="00483082" w:rsidRDefault="00000000">
      <w:r>
        <w:rPr>
          <w:b/>
        </w:rPr>
        <w:t>CI/CD Pipeline Automation</w:t>
      </w:r>
    </w:p>
    <w:p w14:paraId="0F03F56F" w14:textId="77777777" w:rsidR="00483082" w:rsidRDefault="00000000">
      <w:pPr>
        <w:pStyle w:val="ListBullet"/>
      </w:pPr>
      <w:r>
        <w:t>Created automated deployment workflows to reduce manual releases and improve consistency.</w:t>
      </w:r>
    </w:p>
    <w:p w14:paraId="25EB61E4" w14:textId="77777777" w:rsidR="00483082" w:rsidRDefault="00000000">
      <w:pPr>
        <w:pStyle w:val="Heading1"/>
      </w:pPr>
      <w:r>
        <w:t>EDUCATION</w:t>
      </w:r>
    </w:p>
    <w:p w14:paraId="52173501" w14:textId="77777777" w:rsidR="00483082" w:rsidRDefault="00000000">
      <w:r>
        <w:t>Integrated B.Sc. &amp; M.Sc. in Cloud &amp; Application Development</w:t>
      </w:r>
      <w:r>
        <w:br/>
        <w:t>Gujarat University (2022–2027)</w:t>
      </w:r>
    </w:p>
    <w:p w14:paraId="5F5944A6" w14:textId="77777777" w:rsidR="00483082" w:rsidRDefault="00000000">
      <w:pPr>
        <w:pStyle w:val="Heading1"/>
      </w:pPr>
      <w:r>
        <w:t>CERTIFICATIONS</w:t>
      </w:r>
    </w:p>
    <w:p w14:paraId="7EAB739C" w14:textId="77777777" w:rsidR="00483082" w:rsidRDefault="00000000">
      <w:pPr>
        <w:pStyle w:val="ListBullet"/>
      </w:pPr>
      <w:r>
        <w:t>IBM SkillsBuild – Introduction to Large Language Models (LLMs)</w:t>
      </w:r>
    </w:p>
    <w:sectPr w:rsidR="00483082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514734">
    <w:abstractNumId w:val="8"/>
  </w:num>
  <w:num w:numId="2" w16cid:durableId="196815336">
    <w:abstractNumId w:val="6"/>
  </w:num>
  <w:num w:numId="3" w16cid:durableId="1126002903">
    <w:abstractNumId w:val="5"/>
  </w:num>
  <w:num w:numId="4" w16cid:durableId="849442847">
    <w:abstractNumId w:val="4"/>
  </w:num>
  <w:num w:numId="5" w16cid:durableId="310907600">
    <w:abstractNumId w:val="7"/>
  </w:num>
  <w:num w:numId="6" w16cid:durableId="1257597508">
    <w:abstractNumId w:val="3"/>
  </w:num>
  <w:num w:numId="7" w16cid:durableId="736781978">
    <w:abstractNumId w:val="2"/>
  </w:num>
  <w:num w:numId="8" w16cid:durableId="1574966741">
    <w:abstractNumId w:val="1"/>
  </w:num>
  <w:num w:numId="9" w16cid:durableId="7374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3082"/>
    <w:rsid w:val="0072401A"/>
    <w:rsid w:val="00AA1D8D"/>
    <w:rsid w:val="00B47730"/>
    <w:rsid w:val="00CB0664"/>
    <w:rsid w:val="00E357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DDF1BC"/>
  <w14:defaultImageDpi w14:val="300"/>
  <w15:docId w15:val="{59EBE2BE-B2CC-448E-81A3-7FD82948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Dabhi Dhaval</cp:lastModifiedBy>
  <cp:revision>2</cp:revision>
  <dcterms:created xsi:type="dcterms:W3CDTF">2013-12-23T23:15:00Z</dcterms:created>
  <dcterms:modified xsi:type="dcterms:W3CDTF">2026-07-15T16:11:00Z</dcterms:modified>
  <cp:category/>
</cp:coreProperties>
</file>